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94D31" w14:textId="77777777" w:rsidR="004B734D" w:rsidRDefault="004B734D" w:rsidP="004B734D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52D9D314" w14:textId="77777777" w:rsidR="004B734D" w:rsidRDefault="001C35C0" w:rsidP="004B734D">
      <w:pPr>
        <w:spacing w:after="0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4B734D">
        <w:rPr>
          <w:rFonts w:asciiTheme="majorHAnsi" w:hAnsiTheme="majorHAnsi" w:cstheme="majorHAnsi"/>
          <w:b/>
          <w:bCs/>
          <w:sz w:val="24"/>
          <w:szCs w:val="24"/>
        </w:rPr>
        <w:t>Head Cook / Kitchen Manager (Year-Round)</w:t>
      </w:r>
    </w:p>
    <w:p w14:paraId="63C028F2" w14:textId="66CFF43E" w:rsidR="00B97A6C" w:rsidRPr="004B734D" w:rsidRDefault="004B734D" w:rsidP="004B734D">
      <w:pPr>
        <w:spacing w:after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sz w:val="24"/>
          <w:szCs w:val="24"/>
        </w:rPr>
        <w:br/>
      </w:r>
      <w:r w:rsidR="001C35C0" w:rsidRPr="004B734D">
        <w:rPr>
          <w:rFonts w:asciiTheme="majorHAnsi" w:hAnsiTheme="majorHAnsi" w:cstheme="majorHAnsi"/>
        </w:rPr>
        <w:t>Location: Camp Tamarack, near Grande Prairie, AB</w:t>
      </w:r>
    </w:p>
    <w:p w14:paraId="5DEFB8C9" w14:textId="77777777" w:rsidR="00B97A6C" w:rsidRPr="004B734D" w:rsidRDefault="001C35C0" w:rsidP="004B734D">
      <w:p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Position Type: Year-Round</w:t>
      </w:r>
    </w:p>
    <w:p w14:paraId="1395D04F" w14:textId="577A0AA1" w:rsidR="00B97A6C" w:rsidRPr="004B734D" w:rsidRDefault="001C35C0" w:rsidP="004B734D">
      <w:p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Hours:</w:t>
      </w:r>
      <w:r w:rsidR="004B734D" w:rsidRPr="004B734D">
        <w:rPr>
          <w:rFonts w:asciiTheme="majorHAnsi" w:hAnsiTheme="majorHAnsi" w:cstheme="majorHAnsi"/>
        </w:rPr>
        <w:t xml:space="preserve"> </w:t>
      </w:r>
      <w:r w:rsidRPr="004B734D">
        <w:rPr>
          <w:rFonts w:asciiTheme="majorHAnsi" w:hAnsiTheme="majorHAnsi" w:cstheme="majorHAnsi"/>
        </w:rPr>
        <w:t>Full-Time: Mid-April – End of August</w:t>
      </w:r>
      <w:r w:rsidR="004B734D" w:rsidRPr="004B734D">
        <w:rPr>
          <w:rFonts w:asciiTheme="majorHAnsi" w:hAnsiTheme="majorHAnsi" w:cstheme="majorHAnsi"/>
        </w:rPr>
        <w:t xml:space="preserve">, </w:t>
      </w:r>
      <w:r w:rsidRPr="004B734D">
        <w:rPr>
          <w:rFonts w:asciiTheme="majorHAnsi" w:hAnsiTheme="majorHAnsi" w:cstheme="majorHAnsi"/>
        </w:rPr>
        <w:t>Part-Time: September – Mid-April</w:t>
      </w:r>
    </w:p>
    <w:p w14:paraId="7565263C" w14:textId="77777777" w:rsidR="00B97A6C" w:rsidRPr="004B734D" w:rsidRDefault="00B97A6C" w:rsidP="004B734D">
      <w:pPr>
        <w:spacing w:after="0"/>
        <w:rPr>
          <w:rFonts w:asciiTheme="majorHAnsi" w:hAnsiTheme="majorHAnsi" w:cstheme="majorHAnsi"/>
        </w:rPr>
      </w:pPr>
    </w:p>
    <w:p w14:paraId="4478CD33" w14:textId="77777777" w:rsidR="00B97A6C" w:rsidRPr="004B734D" w:rsidRDefault="001C35C0" w:rsidP="004B734D">
      <w:p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Wage: $25/hour (experienced candidates)</w:t>
      </w:r>
    </w:p>
    <w:p w14:paraId="5FB236FE" w14:textId="2DE705E4" w:rsidR="00B97A6C" w:rsidRPr="004B734D" w:rsidRDefault="001C35C0" w:rsidP="004B734D">
      <w:pPr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Opportunity for wage growth as off-season programming and rentals continue to expand.</w:t>
      </w:r>
    </w:p>
    <w:p w14:paraId="52F4A4BC" w14:textId="77777777" w:rsidR="00B97A6C" w:rsidRPr="004B734D" w:rsidRDefault="001C35C0" w:rsidP="004B734D">
      <w:pPr>
        <w:rPr>
          <w:rFonts w:asciiTheme="majorHAnsi" w:hAnsiTheme="majorHAnsi" w:cstheme="majorHAnsi"/>
          <w:b/>
          <w:bCs/>
        </w:rPr>
      </w:pPr>
      <w:r w:rsidRPr="004B734D">
        <w:rPr>
          <w:rFonts w:asciiTheme="majorHAnsi" w:hAnsiTheme="majorHAnsi" w:cstheme="majorHAnsi"/>
          <w:b/>
          <w:bCs/>
        </w:rPr>
        <w:t>About Camp Tamarack</w:t>
      </w:r>
    </w:p>
    <w:p w14:paraId="2C05D6E1" w14:textId="12D9B7A0" w:rsidR="00B97A6C" w:rsidRPr="004B734D" w:rsidRDefault="001C35C0" w:rsidP="004B734D">
      <w:pPr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Camp Tamarack is an inclusive, barrier-free outdoor camp providing meaningful experiences for children, youth, families, schools, and community groups. Food is a foundational part of our camp experience. Our kitchen supports camper safety, wellbeing, and belonging through nutritious meals, strong allergy awareness, and a calm, organized environment.</w:t>
      </w:r>
    </w:p>
    <w:p w14:paraId="7711399F" w14:textId="77777777" w:rsidR="00B97A6C" w:rsidRPr="004B734D" w:rsidRDefault="001C35C0" w:rsidP="004B734D">
      <w:pPr>
        <w:spacing w:after="0"/>
        <w:rPr>
          <w:rFonts w:asciiTheme="majorHAnsi" w:hAnsiTheme="majorHAnsi" w:cstheme="majorHAnsi"/>
          <w:b/>
          <w:bCs/>
        </w:rPr>
      </w:pPr>
      <w:r w:rsidRPr="004B734D">
        <w:rPr>
          <w:rFonts w:asciiTheme="majorHAnsi" w:hAnsiTheme="majorHAnsi" w:cstheme="majorHAnsi"/>
          <w:b/>
          <w:bCs/>
        </w:rPr>
        <w:t>Position Overview</w:t>
      </w:r>
    </w:p>
    <w:p w14:paraId="27011A30" w14:textId="456626A7" w:rsidR="00B97A6C" w:rsidRPr="004B734D" w:rsidRDefault="001C35C0" w:rsidP="004B734D">
      <w:p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The Head Cook / Kitchen Manager is responsible for overseeing all kitchen operations year-round. This leadership role manages menu planning, food preparation, ordering, food safety compliance, staff scheduling, and the development of kitchen systems that support a busy seasonal operation.</w:t>
      </w:r>
    </w:p>
    <w:p w14:paraId="412D9D2C" w14:textId="6E3C66C1" w:rsidR="00B97A6C" w:rsidRPr="004B734D" w:rsidRDefault="004B734D" w:rsidP="004B734D">
      <w:pPr>
        <w:spacing w:after="0"/>
        <w:rPr>
          <w:rFonts w:asciiTheme="majorHAnsi" w:hAnsiTheme="majorHAnsi" w:cstheme="majorHAnsi"/>
          <w:b/>
          <w:bCs/>
        </w:rPr>
      </w:pPr>
      <w:r w:rsidRPr="004B734D">
        <w:rPr>
          <w:rFonts w:asciiTheme="majorHAnsi" w:hAnsiTheme="majorHAnsi" w:cstheme="majorHAnsi"/>
          <w:b/>
          <w:bCs/>
        </w:rPr>
        <w:br/>
      </w:r>
      <w:r w:rsidR="001C35C0" w:rsidRPr="004B734D">
        <w:rPr>
          <w:rFonts w:asciiTheme="majorHAnsi" w:hAnsiTheme="majorHAnsi" w:cstheme="majorHAnsi"/>
          <w:b/>
          <w:bCs/>
        </w:rPr>
        <w:t>Responsibilities</w:t>
      </w:r>
    </w:p>
    <w:p w14:paraId="0DF37788" w14:textId="1E3EE257" w:rsidR="00B97A6C" w:rsidRPr="004B734D" w:rsidRDefault="004B734D" w:rsidP="004B734D">
      <w:pPr>
        <w:spacing w:after="0"/>
        <w:rPr>
          <w:rFonts w:asciiTheme="majorHAnsi" w:hAnsiTheme="majorHAnsi" w:cstheme="majorHAnsi"/>
          <w:b/>
          <w:bCs/>
        </w:rPr>
      </w:pPr>
      <w:r w:rsidRPr="004B734D">
        <w:rPr>
          <w:rFonts w:asciiTheme="majorHAnsi" w:hAnsiTheme="majorHAnsi" w:cstheme="majorHAnsi"/>
          <w:b/>
          <w:bCs/>
        </w:rPr>
        <w:br/>
      </w:r>
      <w:r w:rsidR="001C35C0" w:rsidRPr="004B734D">
        <w:rPr>
          <w:rFonts w:asciiTheme="majorHAnsi" w:hAnsiTheme="majorHAnsi" w:cstheme="majorHAnsi"/>
          <w:b/>
          <w:bCs/>
        </w:rPr>
        <w:t>Kitchen Leadership</w:t>
      </w:r>
    </w:p>
    <w:p w14:paraId="503D4804" w14:textId="63110169" w:rsidR="00B97A6C" w:rsidRPr="001C35C0" w:rsidRDefault="001C35C0" w:rsidP="001C35C0">
      <w:pPr>
        <w:pStyle w:val="ListParagraph"/>
        <w:numPr>
          <w:ilvl w:val="0"/>
          <w:numId w:val="21"/>
        </w:numPr>
        <w:spacing w:after="0"/>
        <w:rPr>
          <w:rFonts w:asciiTheme="majorHAnsi" w:hAnsiTheme="majorHAnsi" w:cstheme="majorHAnsi"/>
        </w:rPr>
      </w:pPr>
      <w:r w:rsidRPr="001C35C0">
        <w:rPr>
          <w:rFonts w:asciiTheme="majorHAnsi" w:hAnsiTheme="majorHAnsi" w:cstheme="majorHAnsi"/>
        </w:rPr>
        <w:t>Lead, schedule, and support the kitchen team</w:t>
      </w:r>
    </w:p>
    <w:p w14:paraId="5A00905A" w14:textId="34A8C929" w:rsidR="00B97A6C" w:rsidRPr="001C35C0" w:rsidRDefault="001C35C0" w:rsidP="001C35C0">
      <w:pPr>
        <w:pStyle w:val="ListParagraph"/>
        <w:numPr>
          <w:ilvl w:val="0"/>
          <w:numId w:val="21"/>
        </w:numPr>
        <w:spacing w:after="0"/>
        <w:rPr>
          <w:rFonts w:asciiTheme="majorHAnsi" w:hAnsiTheme="majorHAnsi" w:cstheme="majorHAnsi"/>
        </w:rPr>
      </w:pPr>
      <w:r w:rsidRPr="001C35C0">
        <w:rPr>
          <w:rFonts w:asciiTheme="majorHAnsi" w:hAnsiTheme="majorHAnsi" w:cstheme="majorHAnsi"/>
        </w:rPr>
        <w:t>Train and onboard seasonal kitchen staff</w:t>
      </w:r>
    </w:p>
    <w:p w14:paraId="62AEB0CC" w14:textId="5FDA0EE1" w:rsidR="00B97A6C" w:rsidRPr="001C35C0" w:rsidRDefault="001C35C0" w:rsidP="001C35C0">
      <w:pPr>
        <w:pStyle w:val="ListParagraph"/>
        <w:numPr>
          <w:ilvl w:val="0"/>
          <w:numId w:val="21"/>
        </w:numPr>
        <w:spacing w:after="0"/>
        <w:rPr>
          <w:rFonts w:asciiTheme="majorHAnsi" w:hAnsiTheme="majorHAnsi" w:cstheme="majorHAnsi"/>
        </w:rPr>
      </w:pPr>
      <w:r w:rsidRPr="001C35C0">
        <w:rPr>
          <w:rFonts w:asciiTheme="majorHAnsi" w:hAnsiTheme="majorHAnsi" w:cstheme="majorHAnsi"/>
        </w:rPr>
        <w:t>Foster a positive, respectful, and efficient kitchen culture</w:t>
      </w:r>
    </w:p>
    <w:p w14:paraId="62C175B9" w14:textId="77777777" w:rsidR="00B97A6C" w:rsidRPr="004B734D" w:rsidRDefault="00B97A6C" w:rsidP="004B734D">
      <w:pPr>
        <w:spacing w:after="0"/>
        <w:rPr>
          <w:rFonts w:asciiTheme="majorHAnsi" w:hAnsiTheme="majorHAnsi" w:cstheme="majorHAnsi"/>
        </w:rPr>
      </w:pPr>
    </w:p>
    <w:p w14:paraId="32CE1E76" w14:textId="77777777" w:rsidR="00B97A6C" w:rsidRPr="004B734D" w:rsidRDefault="001C35C0" w:rsidP="004B734D">
      <w:pPr>
        <w:spacing w:after="0"/>
        <w:rPr>
          <w:rFonts w:asciiTheme="majorHAnsi" w:hAnsiTheme="majorHAnsi" w:cstheme="majorHAnsi"/>
          <w:b/>
          <w:bCs/>
        </w:rPr>
      </w:pPr>
      <w:r w:rsidRPr="004B734D">
        <w:rPr>
          <w:rFonts w:asciiTheme="majorHAnsi" w:hAnsiTheme="majorHAnsi" w:cstheme="majorHAnsi"/>
          <w:b/>
          <w:bCs/>
        </w:rPr>
        <w:t>Menu Planning &amp; Food Preparation</w:t>
      </w:r>
    </w:p>
    <w:p w14:paraId="2873700F" w14:textId="5AF95132" w:rsidR="00B97A6C" w:rsidRPr="001C35C0" w:rsidRDefault="001C35C0" w:rsidP="001C35C0">
      <w:pPr>
        <w:pStyle w:val="ListParagraph"/>
        <w:numPr>
          <w:ilvl w:val="0"/>
          <w:numId w:val="19"/>
        </w:numPr>
        <w:spacing w:after="0"/>
        <w:rPr>
          <w:rFonts w:asciiTheme="majorHAnsi" w:hAnsiTheme="majorHAnsi" w:cstheme="majorHAnsi"/>
        </w:rPr>
      </w:pPr>
      <w:r w:rsidRPr="001C35C0">
        <w:rPr>
          <w:rFonts w:asciiTheme="majorHAnsi" w:hAnsiTheme="majorHAnsi" w:cstheme="majorHAnsi"/>
        </w:rPr>
        <w:t>Plan and prepare nutritious meals and snacks for campers and staff</w:t>
      </w:r>
    </w:p>
    <w:p w14:paraId="6F9EA518" w14:textId="3B759382" w:rsidR="00B97A6C" w:rsidRPr="001C35C0" w:rsidRDefault="001C35C0" w:rsidP="001C35C0">
      <w:pPr>
        <w:pStyle w:val="ListParagraph"/>
        <w:numPr>
          <w:ilvl w:val="0"/>
          <w:numId w:val="19"/>
        </w:numPr>
        <w:spacing w:after="0"/>
        <w:rPr>
          <w:rFonts w:asciiTheme="majorHAnsi" w:hAnsiTheme="majorHAnsi" w:cstheme="majorHAnsi"/>
        </w:rPr>
      </w:pPr>
      <w:r w:rsidRPr="001C35C0">
        <w:rPr>
          <w:rFonts w:asciiTheme="majorHAnsi" w:hAnsiTheme="majorHAnsi" w:cstheme="majorHAnsi"/>
        </w:rPr>
        <w:t>Manage dietary restrictions and food allergies</w:t>
      </w:r>
    </w:p>
    <w:p w14:paraId="34308C05" w14:textId="410EACE5" w:rsidR="00B97A6C" w:rsidRPr="001C35C0" w:rsidRDefault="001C35C0" w:rsidP="001C35C0">
      <w:pPr>
        <w:pStyle w:val="ListParagraph"/>
        <w:numPr>
          <w:ilvl w:val="0"/>
          <w:numId w:val="19"/>
        </w:numPr>
        <w:spacing w:after="0"/>
        <w:rPr>
          <w:rFonts w:asciiTheme="majorHAnsi" w:hAnsiTheme="majorHAnsi" w:cstheme="majorHAnsi"/>
        </w:rPr>
      </w:pPr>
      <w:r w:rsidRPr="001C35C0">
        <w:rPr>
          <w:rFonts w:asciiTheme="majorHAnsi" w:hAnsiTheme="majorHAnsi" w:cstheme="majorHAnsi"/>
        </w:rPr>
        <w:t>Adapt menus as needed for changing group sizes or needs</w:t>
      </w:r>
    </w:p>
    <w:p w14:paraId="457870DC" w14:textId="77777777" w:rsidR="00B97A6C" w:rsidRPr="004B734D" w:rsidRDefault="00B97A6C" w:rsidP="004B734D">
      <w:pPr>
        <w:spacing w:after="0"/>
        <w:rPr>
          <w:rFonts w:asciiTheme="majorHAnsi" w:hAnsiTheme="majorHAnsi" w:cstheme="majorHAnsi"/>
        </w:rPr>
      </w:pPr>
    </w:p>
    <w:p w14:paraId="74238429" w14:textId="77777777" w:rsidR="004B734D" w:rsidRPr="004B734D" w:rsidRDefault="001C35C0" w:rsidP="004B734D">
      <w:pPr>
        <w:spacing w:after="0"/>
        <w:rPr>
          <w:rFonts w:asciiTheme="majorHAnsi" w:hAnsiTheme="majorHAnsi" w:cstheme="majorHAnsi"/>
          <w:b/>
          <w:bCs/>
        </w:rPr>
      </w:pPr>
      <w:r w:rsidRPr="004B734D">
        <w:rPr>
          <w:rFonts w:asciiTheme="majorHAnsi" w:hAnsiTheme="majorHAnsi" w:cstheme="majorHAnsi"/>
          <w:b/>
          <w:bCs/>
        </w:rPr>
        <w:t>Ordering &amp; Inventory</w:t>
      </w:r>
    </w:p>
    <w:p w14:paraId="3EF69912" w14:textId="01264959" w:rsidR="004B734D" w:rsidRPr="004B734D" w:rsidRDefault="001C35C0" w:rsidP="004B734D">
      <w:pPr>
        <w:pStyle w:val="ListParagraph"/>
        <w:numPr>
          <w:ilvl w:val="0"/>
          <w:numId w:val="10"/>
        </w:numPr>
        <w:spacing w:after="0"/>
        <w:rPr>
          <w:rFonts w:asciiTheme="majorHAnsi" w:hAnsiTheme="majorHAnsi" w:cstheme="majorHAnsi"/>
          <w:b/>
          <w:bCs/>
        </w:rPr>
      </w:pPr>
      <w:r w:rsidRPr="004B734D">
        <w:rPr>
          <w:rFonts w:asciiTheme="majorHAnsi" w:hAnsiTheme="majorHAnsi" w:cstheme="majorHAnsi"/>
        </w:rPr>
        <w:t>Order food and supplies through Sysco</w:t>
      </w:r>
      <w:r w:rsidR="004B734D" w:rsidRPr="004B734D">
        <w:rPr>
          <w:rFonts w:asciiTheme="majorHAnsi" w:hAnsiTheme="majorHAnsi" w:cstheme="majorHAnsi"/>
        </w:rPr>
        <w:t xml:space="preserve"> and other suppliers</w:t>
      </w:r>
    </w:p>
    <w:p w14:paraId="295B9EF1" w14:textId="77777777" w:rsidR="004B734D" w:rsidRPr="004B734D" w:rsidRDefault="001C35C0" w:rsidP="004B734D">
      <w:pPr>
        <w:pStyle w:val="ListParagraph"/>
        <w:numPr>
          <w:ilvl w:val="0"/>
          <w:numId w:val="10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 xml:space="preserve">Track inventory and </w:t>
      </w:r>
      <w:proofErr w:type="gramStart"/>
      <w:r w:rsidRPr="004B734D">
        <w:rPr>
          <w:rFonts w:asciiTheme="majorHAnsi" w:hAnsiTheme="majorHAnsi" w:cstheme="majorHAnsi"/>
        </w:rPr>
        <w:t>manage</w:t>
      </w:r>
      <w:proofErr w:type="gramEnd"/>
      <w:r w:rsidRPr="004B734D">
        <w:rPr>
          <w:rFonts w:asciiTheme="majorHAnsi" w:hAnsiTheme="majorHAnsi" w:cstheme="majorHAnsi"/>
        </w:rPr>
        <w:t xml:space="preserve"> kitchen budgets</w:t>
      </w:r>
    </w:p>
    <w:p w14:paraId="2AE78786" w14:textId="7A2155E3" w:rsidR="00B97A6C" w:rsidRPr="004B734D" w:rsidRDefault="001C35C0" w:rsidP="004B734D">
      <w:pPr>
        <w:pStyle w:val="ListParagraph"/>
        <w:numPr>
          <w:ilvl w:val="0"/>
          <w:numId w:val="10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Minimize waste and maintain stock levels</w:t>
      </w:r>
      <w:r w:rsidR="004B734D" w:rsidRPr="004B734D">
        <w:rPr>
          <w:rFonts w:asciiTheme="majorHAnsi" w:hAnsiTheme="majorHAnsi" w:cstheme="majorHAnsi"/>
        </w:rPr>
        <w:br/>
      </w:r>
    </w:p>
    <w:p w14:paraId="0F46FBEB" w14:textId="77777777" w:rsidR="00B97A6C" w:rsidRPr="004B734D" w:rsidRDefault="001C35C0" w:rsidP="004B734D">
      <w:pPr>
        <w:spacing w:after="0"/>
        <w:rPr>
          <w:rFonts w:asciiTheme="majorHAnsi" w:hAnsiTheme="majorHAnsi" w:cstheme="majorHAnsi"/>
          <w:b/>
          <w:bCs/>
        </w:rPr>
      </w:pPr>
      <w:r w:rsidRPr="004B734D">
        <w:rPr>
          <w:rFonts w:asciiTheme="majorHAnsi" w:hAnsiTheme="majorHAnsi" w:cstheme="majorHAnsi"/>
          <w:b/>
          <w:bCs/>
        </w:rPr>
        <w:lastRenderedPageBreak/>
        <w:t>Food Safety &amp; Compliance</w:t>
      </w:r>
    </w:p>
    <w:p w14:paraId="313B30DA" w14:textId="36C04B80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Ensure compliance with Alberta Health Standards</w:t>
      </w:r>
    </w:p>
    <w:p w14:paraId="46CDE3CD" w14:textId="23119BC3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Maintain cleanliness and organization of kitchen spaces</w:t>
      </w:r>
    </w:p>
    <w:p w14:paraId="63A909AF" w14:textId="20B750BF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Liaise with Health Inspectors as required</w:t>
      </w:r>
    </w:p>
    <w:p w14:paraId="66E57316" w14:textId="77777777" w:rsidR="00B97A6C" w:rsidRPr="004B734D" w:rsidRDefault="00B97A6C" w:rsidP="004B734D">
      <w:pPr>
        <w:spacing w:after="0"/>
        <w:rPr>
          <w:rFonts w:asciiTheme="majorHAnsi" w:hAnsiTheme="majorHAnsi" w:cstheme="majorHAnsi"/>
        </w:rPr>
      </w:pPr>
    </w:p>
    <w:p w14:paraId="0B7CFE25" w14:textId="77777777" w:rsidR="00B97A6C" w:rsidRPr="004B734D" w:rsidRDefault="001C35C0" w:rsidP="004B734D">
      <w:pPr>
        <w:spacing w:after="0"/>
        <w:rPr>
          <w:rFonts w:asciiTheme="majorHAnsi" w:hAnsiTheme="majorHAnsi" w:cstheme="majorHAnsi"/>
          <w:b/>
          <w:bCs/>
        </w:rPr>
      </w:pPr>
      <w:r w:rsidRPr="004B734D">
        <w:rPr>
          <w:rFonts w:asciiTheme="majorHAnsi" w:hAnsiTheme="majorHAnsi" w:cstheme="majorHAnsi"/>
          <w:b/>
          <w:bCs/>
        </w:rPr>
        <w:t>Systems &amp; Planning</w:t>
      </w:r>
    </w:p>
    <w:p w14:paraId="552E7B2D" w14:textId="60125D7B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Develop and document kitchen systems and procedures</w:t>
      </w:r>
    </w:p>
    <w:p w14:paraId="73384DDA" w14:textId="4630176B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Support seasonal transitions and long-term kitchen improvements</w:t>
      </w:r>
    </w:p>
    <w:p w14:paraId="520FA299" w14:textId="77777777" w:rsidR="00B97A6C" w:rsidRPr="004B734D" w:rsidRDefault="00B97A6C" w:rsidP="004B734D">
      <w:pPr>
        <w:spacing w:after="0"/>
        <w:rPr>
          <w:rFonts w:asciiTheme="majorHAnsi" w:hAnsiTheme="majorHAnsi" w:cstheme="majorHAnsi"/>
        </w:rPr>
      </w:pPr>
    </w:p>
    <w:p w14:paraId="3CDDB1E8" w14:textId="77777777" w:rsidR="00B97A6C" w:rsidRPr="004B734D" w:rsidRDefault="001C35C0" w:rsidP="004B734D">
      <w:pPr>
        <w:spacing w:after="0"/>
        <w:rPr>
          <w:rFonts w:asciiTheme="majorHAnsi" w:hAnsiTheme="majorHAnsi" w:cstheme="majorHAnsi"/>
          <w:b/>
          <w:bCs/>
        </w:rPr>
      </w:pPr>
      <w:r w:rsidRPr="004B734D">
        <w:rPr>
          <w:rFonts w:asciiTheme="majorHAnsi" w:hAnsiTheme="majorHAnsi" w:cstheme="majorHAnsi"/>
          <w:b/>
          <w:bCs/>
        </w:rPr>
        <w:t>September – April Responsibilities</w:t>
      </w:r>
    </w:p>
    <w:p w14:paraId="1FFEE175" w14:textId="5EFB7132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Provide meals for school groups and private rentals as scheduled</w:t>
      </w:r>
    </w:p>
    <w:p w14:paraId="101C069F" w14:textId="5CB7088F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Maintain kitchen readiness for intermittent programming</w:t>
      </w:r>
    </w:p>
    <w:p w14:paraId="1E36AF52" w14:textId="0A48DBE5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Write a Spring/Summer kitchen report</w:t>
      </w:r>
    </w:p>
    <w:p w14:paraId="32F0A10D" w14:textId="75FE8D49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Prepare menus, systems, and plans for the upcoming season</w:t>
      </w:r>
    </w:p>
    <w:p w14:paraId="545F3568" w14:textId="77777777" w:rsidR="00B97A6C" w:rsidRPr="004B734D" w:rsidRDefault="00B97A6C" w:rsidP="004B734D">
      <w:pPr>
        <w:spacing w:after="0"/>
        <w:rPr>
          <w:rFonts w:asciiTheme="majorHAnsi" w:hAnsiTheme="majorHAnsi" w:cstheme="majorHAnsi"/>
        </w:rPr>
      </w:pPr>
    </w:p>
    <w:p w14:paraId="6390ADC5" w14:textId="77777777" w:rsidR="00B97A6C" w:rsidRPr="004B734D" w:rsidRDefault="001C35C0" w:rsidP="004B734D">
      <w:pPr>
        <w:spacing w:after="0"/>
        <w:rPr>
          <w:rFonts w:asciiTheme="majorHAnsi" w:hAnsiTheme="majorHAnsi" w:cstheme="majorHAnsi"/>
          <w:b/>
          <w:bCs/>
        </w:rPr>
      </w:pPr>
      <w:r w:rsidRPr="004B734D">
        <w:rPr>
          <w:rFonts w:asciiTheme="majorHAnsi" w:hAnsiTheme="majorHAnsi" w:cstheme="majorHAnsi"/>
          <w:b/>
          <w:bCs/>
        </w:rPr>
        <w:t>Qualifications</w:t>
      </w:r>
    </w:p>
    <w:p w14:paraId="40675A59" w14:textId="2939E9BB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21 years of age or older</w:t>
      </w:r>
    </w:p>
    <w:p w14:paraId="5801E4DE" w14:textId="4A164002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Experience cooking for large groups (up to 100 people)</w:t>
      </w:r>
    </w:p>
    <w:p w14:paraId="5BB5FF00" w14:textId="68FB5471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Experience with special diets and food allergies</w:t>
      </w:r>
    </w:p>
    <w:p w14:paraId="7004817B" w14:textId="3B93A7DB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Strong organizational and leadership skills</w:t>
      </w:r>
    </w:p>
    <w:p w14:paraId="77E84DC2" w14:textId="3FA7C549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Own transportation required</w:t>
      </w:r>
    </w:p>
    <w:p w14:paraId="25FBF1E8" w14:textId="77777777" w:rsidR="00B97A6C" w:rsidRPr="004B734D" w:rsidRDefault="00B97A6C" w:rsidP="004B734D">
      <w:pPr>
        <w:spacing w:after="0"/>
        <w:rPr>
          <w:rFonts w:asciiTheme="majorHAnsi" w:hAnsiTheme="majorHAnsi" w:cstheme="majorHAnsi"/>
        </w:rPr>
      </w:pPr>
    </w:p>
    <w:p w14:paraId="4D7C1072" w14:textId="77777777" w:rsidR="00B97A6C" w:rsidRPr="004B734D" w:rsidRDefault="001C35C0" w:rsidP="004B734D">
      <w:pPr>
        <w:spacing w:after="0"/>
        <w:rPr>
          <w:rFonts w:asciiTheme="majorHAnsi" w:hAnsiTheme="majorHAnsi" w:cstheme="majorHAnsi"/>
          <w:b/>
          <w:bCs/>
        </w:rPr>
      </w:pPr>
      <w:r w:rsidRPr="004B734D">
        <w:rPr>
          <w:rFonts w:asciiTheme="majorHAnsi" w:hAnsiTheme="majorHAnsi" w:cstheme="majorHAnsi"/>
          <w:b/>
          <w:bCs/>
        </w:rPr>
        <w:t>Certifications (Required or Willing to Obtain)</w:t>
      </w:r>
    </w:p>
    <w:p w14:paraId="2B8FC3FA" w14:textId="2B506B75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Cook Trade Certification and/or Canada Food Safe</w:t>
      </w:r>
    </w:p>
    <w:p w14:paraId="455E0A23" w14:textId="6C14D592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Food Allergy Certification</w:t>
      </w:r>
    </w:p>
    <w:p w14:paraId="43B7C305" w14:textId="6BA84CC8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Standard First Aid &amp; CPR-C</w:t>
      </w:r>
    </w:p>
    <w:p w14:paraId="7BC17CA4" w14:textId="4397D5C4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Criminal Record Check with Vulnerable Sector Search</w:t>
      </w:r>
    </w:p>
    <w:p w14:paraId="123C3770" w14:textId="11A8DCC2" w:rsidR="00B97A6C" w:rsidRPr="004B734D" w:rsidRDefault="001C35C0" w:rsidP="004B734D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Child Welfare Check (AB residents)</w:t>
      </w:r>
    </w:p>
    <w:p w14:paraId="2B278F11" w14:textId="507E264D" w:rsidR="00B97A6C" w:rsidRPr="004B734D" w:rsidRDefault="001C35C0" w:rsidP="004B734D">
      <w:pPr>
        <w:spacing w:after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br/>
      </w:r>
      <w:r w:rsidRPr="004B734D">
        <w:rPr>
          <w:rFonts w:asciiTheme="majorHAnsi" w:hAnsiTheme="majorHAnsi" w:cstheme="majorHAnsi"/>
          <w:b/>
          <w:bCs/>
        </w:rPr>
        <w:t>Added Benefits</w:t>
      </w:r>
    </w:p>
    <w:p w14:paraId="27A84EAD" w14:textId="3E34A0FC" w:rsidR="00B97A6C" w:rsidRPr="001C35C0" w:rsidRDefault="001C35C0" w:rsidP="001C35C0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1C35C0">
        <w:rPr>
          <w:rFonts w:asciiTheme="majorHAnsi" w:hAnsiTheme="majorHAnsi" w:cstheme="majorHAnsi"/>
        </w:rPr>
        <w:t xml:space="preserve">Children may attend camp while </w:t>
      </w:r>
      <w:proofErr w:type="gramStart"/>
      <w:r w:rsidRPr="001C35C0">
        <w:rPr>
          <w:rFonts w:asciiTheme="majorHAnsi" w:hAnsiTheme="majorHAnsi" w:cstheme="majorHAnsi"/>
        </w:rPr>
        <w:t>guardian is</w:t>
      </w:r>
      <w:proofErr w:type="gramEnd"/>
      <w:r w:rsidRPr="001C35C0">
        <w:rPr>
          <w:rFonts w:asciiTheme="majorHAnsi" w:hAnsiTheme="majorHAnsi" w:cstheme="majorHAnsi"/>
        </w:rPr>
        <w:t xml:space="preserve"> on shift</w:t>
      </w:r>
    </w:p>
    <w:p w14:paraId="7EDF11F8" w14:textId="105156CC" w:rsidR="00B97A6C" w:rsidRPr="001C35C0" w:rsidRDefault="004B734D" w:rsidP="001C35C0">
      <w:pPr>
        <w:pStyle w:val="ListParagraph"/>
        <w:numPr>
          <w:ilvl w:val="0"/>
          <w:numId w:val="12"/>
        </w:numPr>
        <w:spacing w:after="0"/>
        <w:rPr>
          <w:rFonts w:asciiTheme="majorHAnsi" w:hAnsiTheme="majorHAnsi" w:cstheme="majorHAnsi"/>
        </w:rPr>
      </w:pPr>
      <w:r w:rsidRPr="001C35C0">
        <w:rPr>
          <w:rFonts w:asciiTheme="majorHAnsi" w:hAnsiTheme="majorHAnsi" w:cstheme="majorHAnsi"/>
        </w:rPr>
        <w:t>One overnight camp program for each child (Adventure, Teen, Wild-ventures, Sci-ventures, Stage and Studio)</w:t>
      </w:r>
    </w:p>
    <w:p w14:paraId="4EC1501A" w14:textId="77777777" w:rsidR="00B97A6C" w:rsidRPr="004B734D" w:rsidRDefault="00B97A6C" w:rsidP="004B734D">
      <w:pPr>
        <w:spacing w:after="0"/>
        <w:rPr>
          <w:rFonts w:asciiTheme="majorHAnsi" w:hAnsiTheme="majorHAnsi" w:cstheme="majorHAnsi"/>
        </w:rPr>
      </w:pPr>
    </w:p>
    <w:p w14:paraId="692ADCC5" w14:textId="77777777" w:rsidR="00B97A6C" w:rsidRPr="004B734D" w:rsidRDefault="001C35C0" w:rsidP="004B734D">
      <w:pPr>
        <w:spacing w:after="0"/>
        <w:rPr>
          <w:rFonts w:asciiTheme="majorHAnsi" w:hAnsiTheme="majorHAnsi" w:cstheme="majorHAnsi"/>
        </w:rPr>
      </w:pPr>
      <w:r w:rsidRPr="004B734D">
        <w:rPr>
          <w:rFonts w:asciiTheme="majorHAnsi" w:hAnsiTheme="majorHAnsi" w:cstheme="majorHAnsi"/>
        </w:rPr>
        <w:t>Apply at:</w:t>
      </w:r>
    </w:p>
    <w:p w14:paraId="2C645DEA" w14:textId="15717ED9" w:rsidR="00B97A6C" w:rsidRDefault="001C35C0" w:rsidP="004B734D">
      <w:pPr>
        <w:spacing w:after="0"/>
        <w:rPr>
          <w:rFonts w:asciiTheme="majorHAnsi" w:hAnsiTheme="majorHAnsi" w:cstheme="majorHAnsi"/>
        </w:rPr>
      </w:pPr>
      <w:hyperlink r:id="rId8" w:history="1">
        <w:r w:rsidRPr="00F6572F">
          <w:rPr>
            <w:rStyle w:val="Hyperlink"/>
            <w:rFonts w:asciiTheme="majorHAnsi" w:hAnsiTheme="majorHAnsi" w:cstheme="majorHAnsi"/>
          </w:rPr>
          <w:t>https://camptamarack.ca/get-involved/employment/</w:t>
        </w:r>
      </w:hyperlink>
    </w:p>
    <w:p w14:paraId="0BDDB863" w14:textId="77777777" w:rsidR="001C35C0" w:rsidRPr="004B734D" w:rsidRDefault="001C35C0" w:rsidP="004B734D">
      <w:pPr>
        <w:spacing w:after="0"/>
        <w:rPr>
          <w:rFonts w:asciiTheme="majorHAnsi" w:hAnsiTheme="majorHAnsi" w:cstheme="majorHAnsi"/>
        </w:rPr>
      </w:pPr>
    </w:p>
    <w:p w14:paraId="2173A683" w14:textId="77777777" w:rsidR="00B97A6C" w:rsidRPr="004B734D" w:rsidRDefault="00B97A6C" w:rsidP="004B734D">
      <w:pPr>
        <w:rPr>
          <w:rFonts w:asciiTheme="majorHAnsi" w:hAnsiTheme="majorHAnsi" w:cstheme="majorHAnsi"/>
        </w:rPr>
      </w:pPr>
    </w:p>
    <w:sectPr w:rsidR="00B97A6C" w:rsidRPr="004B734D" w:rsidSect="00034616"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F463C9" w14:textId="77777777" w:rsidR="004B734D" w:rsidRDefault="004B734D" w:rsidP="004B734D">
      <w:pPr>
        <w:spacing w:after="0" w:line="240" w:lineRule="auto"/>
      </w:pPr>
      <w:r>
        <w:separator/>
      </w:r>
    </w:p>
  </w:endnote>
  <w:endnote w:type="continuationSeparator" w:id="0">
    <w:p w14:paraId="6AF26253" w14:textId="77777777" w:rsidR="004B734D" w:rsidRDefault="004B734D" w:rsidP="004B73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B2B942" w14:textId="77777777" w:rsidR="004B734D" w:rsidRDefault="004B734D" w:rsidP="004B734D">
      <w:pPr>
        <w:spacing w:after="0" w:line="240" w:lineRule="auto"/>
      </w:pPr>
      <w:r>
        <w:separator/>
      </w:r>
    </w:p>
  </w:footnote>
  <w:footnote w:type="continuationSeparator" w:id="0">
    <w:p w14:paraId="7BCD6AD5" w14:textId="77777777" w:rsidR="004B734D" w:rsidRDefault="004B734D" w:rsidP="004B73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CE2DF" w14:textId="78759B68" w:rsidR="004B734D" w:rsidRDefault="004B734D" w:rsidP="004B734D">
    <w:pPr>
      <w:pStyle w:val="Header"/>
      <w:tabs>
        <w:tab w:val="clear" w:pos="4680"/>
        <w:tab w:val="clear" w:pos="9360"/>
        <w:tab w:val="left" w:pos="1272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09F74D98" wp14:editId="2FC01F18">
          <wp:simplePos x="0" y="0"/>
          <wp:positionH relativeFrom="column">
            <wp:posOffset>1569720</wp:posOffset>
          </wp:positionH>
          <wp:positionV relativeFrom="paragraph">
            <wp:posOffset>-205740</wp:posOffset>
          </wp:positionV>
          <wp:extent cx="2245360" cy="990600"/>
          <wp:effectExtent l="0" t="0" r="2540" b="0"/>
          <wp:wrapTight wrapText="bothSides">
            <wp:wrapPolygon edited="0">
              <wp:start x="0" y="0"/>
              <wp:lineTo x="0" y="21185"/>
              <wp:lineTo x="21441" y="21185"/>
              <wp:lineTo x="21441" y="0"/>
              <wp:lineTo x="0" y="0"/>
            </wp:wrapPolygon>
          </wp:wrapTight>
          <wp:docPr id="667979924" name="Picture 6679799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5360" cy="990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14:paraId="3BFD5163" w14:textId="77777777" w:rsidR="004B734D" w:rsidRDefault="004B734D" w:rsidP="004B734D">
    <w:pPr>
      <w:pStyle w:val="Header"/>
      <w:tabs>
        <w:tab w:val="clear" w:pos="4680"/>
        <w:tab w:val="clear" w:pos="9360"/>
        <w:tab w:val="left" w:pos="1272"/>
      </w:tabs>
    </w:pPr>
  </w:p>
  <w:p w14:paraId="1ADADF8F" w14:textId="77777777" w:rsidR="004B734D" w:rsidRDefault="004B734D" w:rsidP="004B734D">
    <w:pPr>
      <w:pStyle w:val="Header"/>
      <w:tabs>
        <w:tab w:val="clear" w:pos="4680"/>
        <w:tab w:val="clear" w:pos="9360"/>
        <w:tab w:val="left" w:pos="1272"/>
      </w:tabs>
    </w:pPr>
  </w:p>
  <w:p w14:paraId="1577E310" w14:textId="77777777" w:rsidR="004B734D" w:rsidRDefault="004B734D" w:rsidP="004B734D">
    <w:pPr>
      <w:pStyle w:val="Header"/>
      <w:tabs>
        <w:tab w:val="clear" w:pos="4680"/>
        <w:tab w:val="clear" w:pos="9360"/>
        <w:tab w:val="left" w:pos="1272"/>
      </w:tabs>
    </w:pPr>
  </w:p>
  <w:p w14:paraId="6A387F13" w14:textId="77777777" w:rsidR="004B734D" w:rsidRDefault="004B734D" w:rsidP="004B734D">
    <w:pPr>
      <w:pStyle w:val="Header"/>
      <w:tabs>
        <w:tab w:val="clear" w:pos="4680"/>
        <w:tab w:val="clear" w:pos="9360"/>
        <w:tab w:val="left" w:pos="12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32408B2"/>
    <w:multiLevelType w:val="hybridMultilevel"/>
    <w:tmpl w:val="A720F18E"/>
    <w:lvl w:ilvl="0" w:tplc="9A58B606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1679BE"/>
    <w:multiLevelType w:val="hybridMultilevel"/>
    <w:tmpl w:val="5FF6FB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1119F7"/>
    <w:multiLevelType w:val="hybridMultilevel"/>
    <w:tmpl w:val="B1F45E0C"/>
    <w:lvl w:ilvl="0" w:tplc="9A58B606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C85028"/>
    <w:multiLevelType w:val="hybridMultilevel"/>
    <w:tmpl w:val="7EA27352"/>
    <w:lvl w:ilvl="0" w:tplc="9A58B606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3B0CA1"/>
    <w:multiLevelType w:val="hybridMultilevel"/>
    <w:tmpl w:val="7188EEAC"/>
    <w:lvl w:ilvl="0" w:tplc="9A58B606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4B7EDA"/>
    <w:multiLevelType w:val="hybridMultilevel"/>
    <w:tmpl w:val="6C86C6C8"/>
    <w:lvl w:ilvl="0" w:tplc="9A58B606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0A6F7D"/>
    <w:multiLevelType w:val="hybridMultilevel"/>
    <w:tmpl w:val="AD7E4BFA"/>
    <w:lvl w:ilvl="0" w:tplc="9A58B606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461195"/>
    <w:multiLevelType w:val="hybridMultilevel"/>
    <w:tmpl w:val="7B60A75C"/>
    <w:lvl w:ilvl="0" w:tplc="9A58B606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4F05A0"/>
    <w:multiLevelType w:val="hybridMultilevel"/>
    <w:tmpl w:val="B16633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0B46D7"/>
    <w:multiLevelType w:val="hybridMultilevel"/>
    <w:tmpl w:val="D5106738"/>
    <w:lvl w:ilvl="0" w:tplc="9A58B606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5C680D"/>
    <w:multiLevelType w:val="hybridMultilevel"/>
    <w:tmpl w:val="037C0B94"/>
    <w:lvl w:ilvl="0" w:tplc="9A58B606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7A400E"/>
    <w:multiLevelType w:val="hybridMultilevel"/>
    <w:tmpl w:val="0FB29CC0"/>
    <w:lvl w:ilvl="0" w:tplc="9A58B606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8499799">
    <w:abstractNumId w:val="8"/>
  </w:num>
  <w:num w:numId="2" w16cid:durableId="1156142804">
    <w:abstractNumId w:val="6"/>
  </w:num>
  <w:num w:numId="3" w16cid:durableId="1313943246">
    <w:abstractNumId w:val="5"/>
  </w:num>
  <w:num w:numId="4" w16cid:durableId="1257405787">
    <w:abstractNumId w:val="4"/>
  </w:num>
  <w:num w:numId="5" w16cid:durableId="1719429095">
    <w:abstractNumId w:val="7"/>
  </w:num>
  <w:num w:numId="6" w16cid:durableId="1804303644">
    <w:abstractNumId w:val="3"/>
  </w:num>
  <w:num w:numId="7" w16cid:durableId="624694680">
    <w:abstractNumId w:val="2"/>
  </w:num>
  <w:num w:numId="8" w16cid:durableId="522017352">
    <w:abstractNumId w:val="1"/>
  </w:num>
  <w:num w:numId="9" w16cid:durableId="2128350109">
    <w:abstractNumId w:val="0"/>
  </w:num>
  <w:num w:numId="10" w16cid:durableId="295726425">
    <w:abstractNumId w:val="17"/>
  </w:num>
  <w:num w:numId="11" w16cid:durableId="1328634072">
    <w:abstractNumId w:val="10"/>
  </w:num>
  <w:num w:numId="12" w16cid:durableId="1920288424">
    <w:abstractNumId w:val="12"/>
  </w:num>
  <w:num w:numId="13" w16cid:durableId="439107074">
    <w:abstractNumId w:val="13"/>
  </w:num>
  <w:num w:numId="14" w16cid:durableId="2000039824">
    <w:abstractNumId w:val="19"/>
  </w:num>
  <w:num w:numId="15" w16cid:durableId="2021227348">
    <w:abstractNumId w:val="11"/>
  </w:num>
  <w:num w:numId="16" w16cid:durableId="501629693">
    <w:abstractNumId w:val="14"/>
  </w:num>
  <w:num w:numId="17" w16cid:durableId="192112886">
    <w:abstractNumId w:val="20"/>
  </w:num>
  <w:num w:numId="18" w16cid:durableId="1307509584">
    <w:abstractNumId w:val="16"/>
  </w:num>
  <w:num w:numId="19" w16cid:durableId="1230922707">
    <w:abstractNumId w:val="18"/>
  </w:num>
  <w:num w:numId="20" w16cid:durableId="53820043">
    <w:abstractNumId w:val="9"/>
  </w:num>
  <w:num w:numId="21" w16cid:durableId="8850239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C35C0"/>
    <w:rsid w:val="002501F7"/>
    <w:rsid w:val="0029639D"/>
    <w:rsid w:val="00326F90"/>
    <w:rsid w:val="004B734D"/>
    <w:rsid w:val="00AA1D8D"/>
    <w:rsid w:val="00B47730"/>
    <w:rsid w:val="00B97A6C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F3920D"/>
  <w14:defaultImageDpi w14:val="300"/>
  <w15:docId w15:val="{863B44BA-F0CB-46EC-8AB5-C2FCC8D57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1C35C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35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mptamarack.ca/get-involved/employmen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Director</cp:lastModifiedBy>
  <cp:revision>2</cp:revision>
  <dcterms:created xsi:type="dcterms:W3CDTF">2025-12-30T20:21:00Z</dcterms:created>
  <dcterms:modified xsi:type="dcterms:W3CDTF">2025-12-30T20:21:00Z</dcterms:modified>
  <cp:category/>
</cp:coreProperties>
</file>